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828FF" w14:textId="20C4EDE6" w:rsidR="004D2955" w:rsidRPr="00456B5F" w:rsidRDefault="004D2955" w:rsidP="000B04BE">
      <w:pPr>
        <w:pStyle w:val="Antrat1"/>
        <w:ind w:left="-1701" w:right="-1708"/>
        <w:jc w:val="center"/>
        <w:rPr>
          <w:i/>
          <w:iCs/>
          <w:sz w:val="44"/>
          <w:szCs w:val="44"/>
        </w:rPr>
      </w:pPr>
      <w:r w:rsidRPr="00456B5F">
        <w:rPr>
          <w:i/>
          <w:iCs/>
          <w:noProof/>
          <w:sz w:val="44"/>
          <w:szCs w:val="44"/>
        </w:rPr>
        <w:drawing>
          <wp:anchor distT="0" distB="0" distL="114300" distR="114300" simplePos="0" relativeHeight="251657216" behindDoc="1" locked="0" layoutInCell="1" allowOverlap="1" wp14:anchorId="6B639CEE" wp14:editId="5E6463A6">
            <wp:simplePos x="0" y="0"/>
            <wp:positionH relativeFrom="column">
              <wp:posOffset>-1165860</wp:posOffset>
            </wp:positionH>
            <wp:positionV relativeFrom="paragraph">
              <wp:posOffset>-1043940</wp:posOffset>
            </wp:positionV>
            <wp:extent cx="7789545" cy="11109960"/>
            <wp:effectExtent l="38100" t="38100" r="78105" b="72390"/>
            <wp:wrapNone/>
            <wp:docPr id="191532680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3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719" cy="11110208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reflection blurRad="1244600" stA="0" endPos="65000" dist="1270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E9E" w:rsidRPr="00456B5F">
        <w:rPr>
          <w:i/>
          <w:iCs/>
          <w:sz w:val="44"/>
          <w:szCs w:val="44"/>
        </w:rPr>
        <w:t xml:space="preserve">KVIETIMAS </w:t>
      </w:r>
    </w:p>
    <w:p w14:paraId="4CB3142A" w14:textId="7F607AE9" w:rsidR="003256C6" w:rsidRPr="00456B5F" w:rsidRDefault="004D2955">
      <w:pPr>
        <w:pStyle w:val="Antrat1"/>
        <w:jc w:val="center"/>
        <w:rPr>
          <w:i/>
          <w:iCs/>
          <w:u w:val="single"/>
        </w:rPr>
      </w:pPr>
      <w:r w:rsidRPr="004D2955">
        <w:rPr>
          <w:i/>
          <w:iCs/>
        </w:rPr>
        <w:t xml:space="preserve"> </w:t>
      </w:r>
      <w:r w:rsidRPr="00456B5F">
        <w:rPr>
          <w:i/>
          <w:iCs/>
          <w:u w:val="single"/>
        </w:rPr>
        <w:t>AA SUVALKIJOS INTERGRUPĖS</w:t>
      </w:r>
      <w:r w:rsidR="00310E9E" w:rsidRPr="00456B5F">
        <w:rPr>
          <w:i/>
          <w:iCs/>
          <w:u w:val="single"/>
        </w:rPr>
        <w:t xml:space="preserve"> VASAROS STOVYKL</w:t>
      </w:r>
      <w:r w:rsidRPr="00456B5F">
        <w:rPr>
          <w:i/>
          <w:iCs/>
          <w:u w:val="single"/>
        </w:rPr>
        <w:t>A</w:t>
      </w:r>
      <w:r w:rsidR="00310E9E" w:rsidRPr="00456B5F">
        <w:rPr>
          <w:i/>
          <w:iCs/>
          <w:u w:val="single"/>
        </w:rPr>
        <w:t xml:space="preserve"> 2025“</w:t>
      </w:r>
    </w:p>
    <w:p w14:paraId="31034CCA" w14:textId="77777777" w:rsidR="004D2955" w:rsidRPr="004D2955" w:rsidRDefault="004D2955" w:rsidP="004D2955"/>
    <w:p w14:paraId="0D196248" w14:textId="206E73A8" w:rsidR="003256C6" w:rsidRDefault="00310E9E">
      <w:pPr>
        <w:jc w:val="center"/>
      </w:pPr>
      <w:proofErr w:type="spellStart"/>
      <w:r>
        <w:t>Kviečiame</w:t>
      </w:r>
      <w:proofErr w:type="spellEnd"/>
      <w:r>
        <w:t xml:space="preserve"> </w:t>
      </w:r>
      <w:proofErr w:type="spellStart"/>
      <w:r w:rsidR="004D2955">
        <w:t>visus</w:t>
      </w:r>
      <w:proofErr w:type="spellEnd"/>
      <w:r w:rsidR="004D2955">
        <w:t xml:space="preserve"> AA </w:t>
      </w:r>
      <w:proofErr w:type="spellStart"/>
      <w:r w:rsidR="004D2955">
        <w:t>narius</w:t>
      </w:r>
      <w:proofErr w:type="spellEnd"/>
      <w:r w:rsidR="004D2955">
        <w:t xml:space="preserve">, </w:t>
      </w:r>
      <w:proofErr w:type="spellStart"/>
      <w:r w:rsidR="004D2955">
        <w:t>jų</w:t>
      </w:r>
      <w:proofErr w:type="spellEnd"/>
      <w:r w:rsidR="004D2955">
        <w:t xml:space="preserve"> </w:t>
      </w:r>
      <w:proofErr w:type="spellStart"/>
      <w:r w:rsidR="004D2955">
        <w:t>šeimas</w:t>
      </w:r>
      <w:proofErr w:type="spellEnd"/>
      <w:r w:rsidR="004D2955">
        <w:t xml:space="preserve"> </w:t>
      </w:r>
      <w:proofErr w:type="spellStart"/>
      <w:r w:rsidR="004D2955">
        <w:t>ir</w:t>
      </w:r>
      <w:proofErr w:type="spellEnd"/>
      <w:r w:rsidR="004D2955">
        <w:t xml:space="preserve"> </w:t>
      </w:r>
      <w:proofErr w:type="spellStart"/>
      <w:r w:rsidR="004D2955">
        <w:t>draugus</w:t>
      </w:r>
      <w:proofErr w:type="spellEnd"/>
      <w:r w:rsidR="004D2955">
        <w:t xml:space="preserve"> į</w:t>
      </w:r>
      <w:r>
        <w:t xml:space="preserve"> </w:t>
      </w:r>
      <w:proofErr w:type="spellStart"/>
      <w:r w:rsidR="004D2955">
        <w:t>kasmetinę</w:t>
      </w:r>
      <w:proofErr w:type="spellEnd"/>
      <w:r w:rsidR="004D2955">
        <w:t xml:space="preserve"> AA </w:t>
      </w:r>
      <w:proofErr w:type="spellStart"/>
      <w:r w:rsidR="004D2955">
        <w:t>suvalkijos</w:t>
      </w:r>
      <w:proofErr w:type="spellEnd"/>
      <w:r w:rsidR="004D2955">
        <w:t xml:space="preserve"> </w:t>
      </w:r>
      <w:proofErr w:type="spellStart"/>
      <w:r w:rsidR="004D2955">
        <w:t>intergrupės</w:t>
      </w:r>
      <w:proofErr w:type="spellEnd"/>
      <w:r w:rsidR="004D2955">
        <w:t xml:space="preserve"> </w:t>
      </w:r>
      <w:proofErr w:type="spellStart"/>
      <w:r w:rsidR="004D2955">
        <w:t>vasaros</w:t>
      </w:r>
      <w:proofErr w:type="spellEnd"/>
      <w:r w:rsidR="004D2955">
        <w:t xml:space="preserve"> </w:t>
      </w:r>
      <w:proofErr w:type="spellStart"/>
      <w:r>
        <w:t>stovyklą</w:t>
      </w:r>
      <w:proofErr w:type="spellEnd"/>
      <w:r>
        <w:t xml:space="preserve">, </w:t>
      </w:r>
      <w:proofErr w:type="spellStart"/>
      <w:r>
        <w:t>kurioje</w:t>
      </w:r>
      <w:proofErr w:type="spellEnd"/>
      <w:r>
        <w:t xml:space="preserve"> </w:t>
      </w:r>
      <w:proofErr w:type="spellStart"/>
      <w:r>
        <w:t>laukia</w:t>
      </w:r>
      <w:proofErr w:type="spellEnd"/>
      <w:r>
        <w:t xml:space="preserve"> </w:t>
      </w:r>
      <w:proofErr w:type="spellStart"/>
      <w:r>
        <w:t>gamta</w:t>
      </w:r>
      <w:proofErr w:type="spellEnd"/>
      <w:r>
        <w:t xml:space="preserve">, </w:t>
      </w:r>
      <w:proofErr w:type="spellStart"/>
      <w:r>
        <w:t>draugai</w:t>
      </w:r>
      <w:proofErr w:type="spellEnd"/>
      <w:r>
        <w:t xml:space="preserve">, </w:t>
      </w:r>
      <w:proofErr w:type="spellStart"/>
      <w:r>
        <w:t>kūryba</w:t>
      </w:r>
      <w:proofErr w:type="spellEnd"/>
      <w:r>
        <w:t xml:space="preserve">, </w:t>
      </w:r>
      <w:proofErr w:type="spellStart"/>
      <w:r>
        <w:t>vakaro</w:t>
      </w:r>
      <w:proofErr w:type="spellEnd"/>
      <w:r>
        <w:t xml:space="preserve"> laužai ir nepamirštami įspūdžiai!</w:t>
      </w:r>
    </w:p>
    <w:p w14:paraId="21DC2186" w14:textId="4DAC42D1" w:rsidR="003256C6" w:rsidRDefault="00310E9E">
      <w:r>
        <w:t xml:space="preserve">📍 </w:t>
      </w:r>
      <w:r w:rsidR="000B04BE" w:rsidRPr="000B04BE">
        <w:t xml:space="preserve">Kaimo </w:t>
      </w:r>
      <w:proofErr w:type="spellStart"/>
      <w:r w:rsidR="000B04BE" w:rsidRPr="000B04BE">
        <w:t>turizmo</w:t>
      </w:r>
      <w:proofErr w:type="spellEnd"/>
      <w:r w:rsidR="000B04BE" w:rsidRPr="000B04BE">
        <w:t xml:space="preserve"> </w:t>
      </w:r>
      <w:proofErr w:type="spellStart"/>
      <w:r w:rsidR="000B04BE" w:rsidRPr="000B04BE">
        <w:t>sodyba</w:t>
      </w:r>
      <w:proofErr w:type="spellEnd"/>
      <w:r w:rsidR="000B04BE" w:rsidRPr="000B04BE">
        <w:t xml:space="preserve"> </w:t>
      </w:r>
      <w:proofErr w:type="spellStart"/>
      <w:r w:rsidR="000B04BE" w:rsidRPr="000B04BE">
        <w:t>Babeckynė</w:t>
      </w:r>
      <w:proofErr w:type="spellEnd"/>
      <w:r w:rsidR="000B04BE" w:rsidRPr="000B04BE">
        <w:t xml:space="preserve"> </w:t>
      </w:r>
      <w:proofErr w:type="spellStart"/>
      <w:r w:rsidR="000B04BE" w:rsidRPr="000B04BE">
        <w:t>Vilkaviškio</w:t>
      </w:r>
      <w:proofErr w:type="spellEnd"/>
      <w:r w:rsidR="000B04BE" w:rsidRPr="000B04BE">
        <w:t xml:space="preserve"> </w:t>
      </w:r>
      <w:proofErr w:type="spellStart"/>
      <w:r w:rsidR="000B04BE" w:rsidRPr="000B04BE">
        <w:t>rajone</w:t>
      </w:r>
      <w:proofErr w:type="spellEnd"/>
    </w:p>
    <w:p w14:paraId="6ED10A8A" w14:textId="79EFCFBC" w:rsidR="000B04BE" w:rsidRDefault="000B04BE">
      <w:r>
        <w:t xml:space="preserve">    </w:t>
      </w:r>
      <w:r w:rsidRPr="000B04BE">
        <w:t xml:space="preserve">J. </w:t>
      </w:r>
      <w:proofErr w:type="spellStart"/>
      <w:r w:rsidRPr="000B04BE">
        <w:t>Basanavičiaus</w:t>
      </w:r>
      <w:proofErr w:type="spellEnd"/>
      <w:r w:rsidRPr="000B04BE">
        <w:t xml:space="preserve"> g 66, </w:t>
      </w:r>
      <w:proofErr w:type="spellStart"/>
      <w:r w:rsidRPr="000B04BE">
        <w:t>Bartninkai</w:t>
      </w:r>
      <w:proofErr w:type="spellEnd"/>
      <w:r w:rsidRPr="000B04BE">
        <w:t xml:space="preserve">, 70328 </w:t>
      </w:r>
      <w:proofErr w:type="spellStart"/>
      <w:r w:rsidRPr="000B04BE">
        <w:t>Vilkaviškio</w:t>
      </w:r>
      <w:proofErr w:type="spellEnd"/>
      <w:r w:rsidRPr="000B04BE">
        <w:t xml:space="preserve"> r. sav.</w:t>
      </w:r>
    </w:p>
    <w:p w14:paraId="14FEE275" w14:textId="138706AC" w:rsidR="003256C6" w:rsidRDefault="00310E9E">
      <w:r>
        <w:t xml:space="preserve">📅 Data: 2025 m. </w:t>
      </w:r>
      <w:proofErr w:type="spellStart"/>
      <w:r w:rsidR="000B04BE">
        <w:t>rugpjūčio</w:t>
      </w:r>
      <w:proofErr w:type="spellEnd"/>
      <w:r w:rsidR="000B04BE">
        <w:t xml:space="preserve"> 1 -3 </w:t>
      </w:r>
      <w:proofErr w:type="spellStart"/>
      <w:r w:rsidR="000B04BE">
        <w:t>dienomis</w:t>
      </w:r>
      <w:proofErr w:type="spellEnd"/>
    </w:p>
    <w:p w14:paraId="11424EA4" w14:textId="2BD54B52" w:rsidR="003256C6" w:rsidRDefault="00310E9E">
      <w:r>
        <w:t xml:space="preserve">🕒 </w:t>
      </w:r>
      <w:proofErr w:type="spellStart"/>
      <w:r>
        <w:t>Pradžia</w:t>
      </w:r>
      <w:proofErr w:type="spellEnd"/>
      <w:r>
        <w:t xml:space="preserve">: </w:t>
      </w:r>
      <w:proofErr w:type="spellStart"/>
      <w:r w:rsidR="000B04BE">
        <w:t>rugpjūčio</w:t>
      </w:r>
      <w:proofErr w:type="spellEnd"/>
      <w:r>
        <w:t xml:space="preserve"> </w:t>
      </w:r>
      <w:r w:rsidR="000B04BE">
        <w:t>01</w:t>
      </w:r>
      <w:r>
        <w:t xml:space="preserve"> d. (</w:t>
      </w:r>
      <w:proofErr w:type="spellStart"/>
      <w:r w:rsidR="000B04BE">
        <w:t>penktadienis</w:t>
      </w:r>
      <w:proofErr w:type="spellEnd"/>
      <w:r>
        <w:t xml:space="preserve">), </w:t>
      </w:r>
      <w:r w:rsidR="000B04BE">
        <w:t>13</w:t>
      </w:r>
      <w:r>
        <w:t>:00 val.</w:t>
      </w:r>
    </w:p>
    <w:p w14:paraId="37CF9C88" w14:textId="4E0EDE27" w:rsidR="003256C6" w:rsidRDefault="00310E9E">
      <w:r>
        <w:t xml:space="preserve">🎒 Ką pasiimti:  patogią aprangą, gerą </w:t>
      </w:r>
      <w:proofErr w:type="gramStart"/>
      <w:r>
        <w:t xml:space="preserve">nuotaiką </w:t>
      </w:r>
      <w:r w:rsidR="000B04BE">
        <w:t>,</w:t>
      </w:r>
      <w:proofErr w:type="gramEnd"/>
      <w:r>
        <w:t xml:space="preserve"> pasiruošimą veiklai gamtoje.</w:t>
      </w:r>
    </w:p>
    <w:p w14:paraId="32B4D4AA" w14:textId="77777777" w:rsidR="003256C6" w:rsidRDefault="003256C6"/>
    <w:p w14:paraId="5E4F4DA1" w14:textId="3B5CB5EC" w:rsidR="003256C6" w:rsidRPr="00E93F33" w:rsidRDefault="00310E9E">
      <w:pPr>
        <w:pStyle w:val="Antrat2"/>
        <w:rPr>
          <w:u w:val="single"/>
        </w:rPr>
      </w:pPr>
      <w:r w:rsidRPr="00E93F33">
        <w:rPr>
          <w:u w:val="single"/>
        </w:rPr>
        <w:t xml:space="preserve">DALYVIO MOKESTIS </w:t>
      </w:r>
    </w:p>
    <w:p w14:paraId="23620B75" w14:textId="4AB6BF18" w:rsidR="003256C6" w:rsidRPr="00E93F33" w:rsidRDefault="00310E9E">
      <w:pPr>
        <w:rPr>
          <w:b/>
          <w:bCs/>
        </w:rPr>
      </w:pPr>
      <w:r w:rsidRPr="00E93F33">
        <w:rPr>
          <w:b/>
          <w:bCs/>
        </w:rPr>
        <w:t xml:space="preserve">• </w:t>
      </w:r>
      <w:proofErr w:type="spellStart"/>
      <w:r w:rsidRPr="00E93F33">
        <w:rPr>
          <w:b/>
          <w:bCs/>
        </w:rPr>
        <w:t>Registracijos</w:t>
      </w:r>
      <w:proofErr w:type="spellEnd"/>
      <w:r w:rsidRPr="00E93F33">
        <w:rPr>
          <w:b/>
          <w:bCs/>
        </w:rPr>
        <w:t xml:space="preserve"> </w:t>
      </w:r>
      <w:proofErr w:type="spellStart"/>
      <w:r w:rsidRPr="00E93F33">
        <w:rPr>
          <w:b/>
          <w:bCs/>
        </w:rPr>
        <w:t>mokestis</w:t>
      </w:r>
      <w:proofErr w:type="spellEnd"/>
      <w:r w:rsidRPr="00E93F33">
        <w:rPr>
          <w:b/>
          <w:bCs/>
        </w:rPr>
        <w:t xml:space="preserve"> – </w:t>
      </w:r>
      <w:r w:rsidR="000B04BE" w:rsidRPr="00E93F33">
        <w:rPr>
          <w:b/>
          <w:bCs/>
        </w:rPr>
        <w:t>10</w:t>
      </w:r>
      <w:r w:rsidRPr="00E93F33">
        <w:rPr>
          <w:b/>
          <w:bCs/>
        </w:rPr>
        <w:t xml:space="preserve"> € </w:t>
      </w:r>
    </w:p>
    <w:p w14:paraId="035E458C" w14:textId="322D52F9" w:rsidR="003256C6" w:rsidRPr="00E93F33" w:rsidRDefault="00310E9E">
      <w:pPr>
        <w:rPr>
          <w:b/>
          <w:bCs/>
        </w:rPr>
      </w:pPr>
      <w:r w:rsidRPr="00E93F33">
        <w:rPr>
          <w:b/>
          <w:bCs/>
        </w:rPr>
        <w:t xml:space="preserve">• </w:t>
      </w:r>
      <w:proofErr w:type="spellStart"/>
      <w:r w:rsidR="000B04BE" w:rsidRPr="00E93F33">
        <w:rPr>
          <w:b/>
          <w:bCs/>
        </w:rPr>
        <w:t>Nakvynė</w:t>
      </w:r>
      <w:proofErr w:type="spellEnd"/>
      <w:r w:rsidRPr="00E93F33">
        <w:rPr>
          <w:b/>
          <w:bCs/>
        </w:rPr>
        <w:t xml:space="preserve"> </w:t>
      </w:r>
      <w:proofErr w:type="spellStart"/>
      <w:r w:rsidRPr="00E93F33">
        <w:rPr>
          <w:b/>
          <w:bCs/>
        </w:rPr>
        <w:t>asmeniui</w:t>
      </w:r>
      <w:proofErr w:type="spellEnd"/>
      <w:r w:rsidR="000B04BE" w:rsidRPr="00E93F33">
        <w:rPr>
          <w:b/>
          <w:bCs/>
        </w:rPr>
        <w:t xml:space="preserve"> </w:t>
      </w:r>
      <w:proofErr w:type="spellStart"/>
      <w:r w:rsidR="000B04BE" w:rsidRPr="00E93F33">
        <w:rPr>
          <w:b/>
          <w:bCs/>
        </w:rPr>
        <w:t>vienai</w:t>
      </w:r>
      <w:proofErr w:type="spellEnd"/>
      <w:r w:rsidR="000B04BE" w:rsidRPr="00E93F33">
        <w:rPr>
          <w:b/>
          <w:bCs/>
        </w:rPr>
        <w:t xml:space="preserve"> </w:t>
      </w:r>
      <w:proofErr w:type="spellStart"/>
      <w:r w:rsidR="000B04BE" w:rsidRPr="00E93F33">
        <w:rPr>
          <w:b/>
          <w:bCs/>
        </w:rPr>
        <w:t>nakčiai</w:t>
      </w:r>
      <w:proofErr w:type="spellEnd"/>
      <w:r w:rsidR="000B04BE" w:rsidRPr="00E93F33">
        <w:rPr>
          <w:b/>
          <w:bCs/>
        </w:rPr>
        <w:t xml:space="preserve"> - 10 €</w:t>
      </w:r>
    </w:p>
    <w:p w14:paraId="529ECE9F" w14:textId="267FC020" w:rsidR="003256C6" w:rsidRPr="00E93F33" w:rsidRDefault="00310E9E">
      <w:pPr>
        <w:rPr>
          <w:b/>
          <w:bCs/>
        </w:rPr>
      </w:pPr>
      <w:r w:rsidRPr="00E93F33">
        <w:rPr>
          <w:b/>
          <w:bCs/>
        </w:rPr>
        <w:t xml:space="preserve">• </w:t>
      </w:r>
      <w:proofErr w:type="spellStart"/>
      <w:r w:rsidRPr="00E93F33">
        <w:rPr>
          <w:b/>
          <w:bCs/>
        </w:rPr>
        <w:t>Palapinė</w:t>
      </w:r>
      <w:proofErr w:type="spellEnd"/>
      <w:r w:rsidRPr="00E93F33">
        <w:rPr>
          <w:b/>
          <w:bCs/>
        </w:rPr>
        <w:t xml:space="preserve"> </w:t>
      </w:r>
      <w:proofErr w:type="spellStart"/>
      <w:r w:rsidRPr="00E93F33">
        <w:rPr>
          <w:b/>
          <w:bCs/>
        </w:rPr>
        <w:t>savaitgaliui</w:t>
      </w:r>
      <w:proofErr w:type="spellEnd"/>
      <w:r w:rsidRPr="00E93F33">
        <w:rPr>
          <w:b/>
          <w:bCs/>
        </w:rPr>
        <w:t xml:space="preserve"> - 10 € </w:t>
      </w:r>
    </w:p>
    <w:p w14:paraId="61E07CCB" w14:textId="556E9404" w:rsidR="00310E9E" w:rsidRPr="00E93F33" w:rsidRDefault="00310E9E" w:rsidP="00310E9E">
      <w:pPr>
        <w:rPr>
          <w:b/>
          <w:bCs/>
        </w:rPr>
      </w:pPr>
      <w:r w:rsidRPr="00E93F33">
        <w:rPr>
          <w:b/>
          <w:bCs/>
        </w:rPr>
        <w:t xml:space="preserve">• </w:t>
      </w:r>
      <w:proofErr w:type="spellStart"/>
      <w:r w:rsidRPr="00E93F33">
        <w:rPr>
          <w:b/>
          <w:bCs/>
        </w:rPr>
        <w:t>Kemperis</w:t>
      </w:r>
      <w:proofErr w:type="spellEnd"/>
      <w:r w:rsidRPr="00E93F33">
        <w:rPr>
          <w:b/>
          <w:bCs/>
        </w:rPr>
        <w:t xml:space="preserve"> </w:t>
      </w:r>
      <w:proofErr w:type="spellStart"/>
      <w:r w:rsidRPr="00E93F33">
        <w:rPr>
          <w:b/>
          <w:bCs/>
        </w:rPr>
        <w:t>parai</w:t>
      </w:r>
      <w:proofErr w:type="spellEnd"/>
      <w:r w:rsidRPr="00E93F33">
        <w:rPr>
          <w:b/>
          <w:bCs/>
        </w:rPr>
        <w:t xml:space="preserve"> </w:t>
      </w:r>
      <w:proofErr w:type="gramStart"/>
      <w:r w:rsidRPr="00E93F33">
        <w:rPr>
          <w:b/>
          <w:bCs/>
        </w:rPr>
        <w:t>-  10</w:t>
      </w:r>
      <w:proofErr w:type="gramEnd"/>
      <w:r w:rsidRPr="00E93F33">
        <w:rPr>
          <w:b/>
          <w:bCs/>
        </w:rPr>
        <w:t xml:space="preserve"> €</w:t>
      </w:r>
    </w:p>
    <w:p w14:paraId="02C7908A" w14:textId="4A23AE19" w:rsidR="003256C6" w:rsidRPr="00E93F33" w:rsidRDefault="00310E9E">
      <w:pPr>
        <w:rPr>
          <w:b/>
          <w:bCs/>
        </w:rPr>
      </w:pPr>
      <w:r w:rsidRPr="00E93F33">
        <w:rPr>
          <w:b/>
          <w:bCs/>
        </w:rPr>
        <w:t xml:space="preserve">• </w:t>
      </w:r>
      <w:proofErr w:type="spellStart"/>
      <w:r w:rsidRPr="00E93F33">
        <w:rPr>
          <w:b/>
          <w:bCs/>
        </w:rPr>
        <w:t>Pirtis</w:t>
      </w:r>
      <w:proofErr w:type="spellEnd"/>
      <w:r w:rsidRPr="00E93F33">
        <w:rPr>
          <w:b/>
          <w:bCs/>
        </w:rPr>
        <w:t xml:space="preserve"> 2 </w:t>
      </w:r>
      <w:proofErr w:type="spellStart"/>
      <w:r w:rsidRPr="00E93F33">
        <w:rPr>
          <w:b/>
          <w:bCs/>
        </w:rPr>
        <w:t>dienoms</w:t>
      </w:r>
      <w:proofErr w:type="spellEnd"/>
      <w:r w:rsidRPr="00E93F33">
        <w:rPr>
          <w:b/>
          <w:bCs/>
        </w:rPr>
        <w:t xml:space="preserve"> – 5 €</w:t>
      </w:r>
    </w:p>
    <w:p w14:paraId="68F5FCF3" w14:textId="77777777" w:rsidR="00310E9E" w:rsidRDefault="00310E9E"/>
    <w:p w14:paraId="3D00B727" w14:textId="77777777" w:rsidR="003256C6" w:rsidRPr="00E93F33" w:rsidRDefault="00310E9E">
      <w:pPr>
        <w:pStyle w:val="Antrat2"/>
        <w:rPr>
          <w:sz w:val="32"/>
          <w:szCs w:val="32"/>
        </w:rPr>
      </w:pPr>
      <w:r w:rsidRPr="00E93F33">
        <w:rPr>
          <w:sz w:val="32"/>
          <w:szCs w:val="32"/>
        </w:rPr>
        <w:t>KONTAKTAI</w:t>
      </w:r>
    </w:p>
    <w:p w14:paraId="1AAB99E4" w14:textId="77777777" w:rsidR="00310E9E" w:rsidRPr="00E93F33" w:rsidRDefault="00310E9E">
      <w:pPr>
        <w:rPr>
          <w:b/>
          <w:bCs/>
        </w:rPr>
      </w:pPr>
      <w:proofErr w:type="spellStart"/>
      <w:r w:rsidRPr="00E93F33">
        <w:rPr>
          <w:b/>
          <w:bCs/>
        </w:rPr>
        <w:t>Organizatorius</w:t>
      </w:r>
      <w:proofErr w:type="spellEnd"/>
      <w:r w:rsidRPr="00E93F33">
        <w:rPr>
          <w:b/>
          <w:bCs/>
        </w:rPr>
        <w:t>:</w:t>
      </w:r>
    </w:p>
    <w:p w14:paraId="5F7F35C6" w14:textId="6804C94E" w:rsidR="003256C6" w:rsidRPr="00E93F33" w:rsidRDefault="00310E9E">
      <w:pPr>
        <w:rPr>
          <w:b/>
          <w:bCs/>
        </w:rPr>
      </w:pPr>
      <w:r w:rsidRPr="00E93F33">
        <w:rPr>
          <w:b/>
          <w:bCs/>
        </w:rPr>
        <w:t xml:space="preserve"> Dainius </w:t>
      </w:r>
    </w:p>
    <w:p w14:paraId="2E3EDF46" w14:textId="7D6CA4D3" w:rsidR="003256C6" w:rsidRPr="00E93F33" w:rsidRDefault="00310E9E">
      <w:pPr>
        <w:rPr>
          <w:b/>
          <w:bCs/>
        </w:rPr>
      </w:pPr>
      <w:r w:rsidRPr="00E93F33">
        <w:rPr>
          <w:b/>
          <w:bCs/>
        </w:rPr>
        <w:t>Tel.: +37060480272</w:t>
      </w:r>
    </w:p>
    <w:p w14:paraId="3C245692" w14:textId="3473671A" w:rsidR="00310E9E" w:rsidRPr="00E93F33" w:rsidRDefault="00310E9E">
      <w:pPr>
        <w:rPr>
          <w:b/>
          <w:bCs/>
        </w:rPr>
      </w:pPr>
      <w:r w:rsidRPr="00E93F33">
        <w:rPr>
          <w:b/>
          <w:bCs/>
        </w:rPr>
        <w:t>Dalia</w:t>
      </w:r>
    </w:p>
    <w:p w14:paraId="394F732C" w14:textId="39B9A082" w:rsidR="00310E9E" w:rsidRPr="00E93F33" w:rsidRDefault="00310E9E" w:rsidP="00310E9E">
      <w:pPr>
        <w:rPr>
          <w:b/>
          <w:bCs/>
        </w:rPr>
      </w:pPr>
      <w:r w:rsidRPr="00E93F33">
        <w:rPr>
          <w:b/>
          <w:bCs/>
        </w:rPr>
        <w:t>Tel.: +37065806118</w:t>
      </w:r>
    </w:p>
    <w:p w14:paraId="7FCA50CB" w14:textId="77777777" w:rsidR="003256C6" w:rsidRDefault="003256C6"/>
    <w:p w14:paraId="0F8A77C1" w14:textId="77777777" w:rsidR="003256C6" w:rsidRPr="00E93F33" w:rsidRDefault="00310E9E">
      <w:pPr>
        <w:jc w:val="center"/>
        <w:rPr>
          <w:b/>
          <w:bCs/>
        </w:rPr>
      </w:pPr>
      <w:r>
        <w:t xml:space="preserve">👣 </w:t>
      </w:r>
      <w:r w:rsidRPr="00E93F33">
        <w:rPr>
          <w:b/>
          <w:bCs/>
        </w:rPr>
        <w:t>Laukiame jūsų dalyvavimo! Sukurkime drauge dar vieną įsimintiną vasaros akimirką!</w:t>
      </w:r>
    </w:p>
    <w:sectPr w:rsidR="003256C6" w:rsidRPr="00E93F33" w:rsidSect="00310E9E">
      <w:pgSz w:w="12240" w:h="15840"/>
      <w:pgMar w:top="0" w:right="1800" w:bottom="28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raassunumeriai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raassunumeriai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Sraassuenkleliai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Sraassuenkleliai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raassunumeriai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Sraassuenkleliai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07023578">
    <w:abstractNumId w:val="8"/>
  </w:num>
  <w:num w:numId="2" w16cid:durableId="262880230">
    <w:abstractNumId w:val="6"/>
  </w:num>
  <w:num w:numId="3" w16cid:durableId="613639691">
    <w:abstractNumId w:val="5"/>
  </w:num>
  <w:num w:numId="4" w16cid:durableId="79836640">
    <w:abstractNumId w:val="4"/>
  </w:num>
  <w:num w:numId="5" w16cid:durableId="421223694">
    <w:abstractNumId w:val="7"/>
  </w:num>
  <w:num w:numId="6" w16cid:durableId="1799837751">
    <w:abstractNumId w:val="3"/>
  </w:num>
  <w:num w:numId="7" w16cid:durableId="1612131683">
    <w:abstractNumId w:val="2"/>
  </w:num>
  <w:num w:numId="8" w16cid:durableId="1701006512">
    <w:abstractNumId w:val="1"/>
  </w:num>
  <w:num w:numId="9" w16cid:durableId="2141874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8C3"/>
    <w:rsid w:val="00034616"/>
    <w:rsid w:val="0006063C"/>
    <w:rsid w:val="000B04BE"/>
    <w:rsid w:val="0015074B"/>
    <w:rsid w:val="0029639D"/>
    <w:rsid w:val="00310E9E"/>
    <w:rsid w:val="003256C6"/>
    <w:rsid w:val="00326F90"/>
    <w:rsid w:val="00456B5F"/>
    <w:rsid w:val="004D2955"/>
    <w:rsid w:val="004F2D5E"/>
    <w:rsid w:val="00863C66"/>
    <w:rsid w:val="00AA1D8D"/>
    <w:rsid w:val="00B47730"/>
    <w:rsid w:val="00BD40E9"/>
    <w:rsid w:val="00CB0664"/>
    <w:rsid w:val="00E93F3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955DE3"/>
  <w14:defaultImageDpi w14:val="300"/>
  <w15:docId w15:val="{163EBB94-21D7-4893-A043-B54EB87B7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FC693F"/>
    <w:rPr>
      <w:rFonts w:ascii="Calibri" w:hAnsi="Calibri"/>
      <w:sz w:val="24"/>
    </w:rPr>
  </w:style>
  <w:style w:type="paragraph" w:styleId="Antrat1">
    <w:name w:val="heading 1"/>
    <w:basedOn w:val="prastasis"/>
    <w:next w:val="prastasis"/>
    <w:link w:val="Antrat1Diagrama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ntrat2">
    <w:name w:val="heading 2"/>
    <w:basedOn w:val="prastasis"/>
    <w:next w:val="prastasis"/>
    <w:link w:val="Antrat2Diagrama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618BF"/>
  </w:style>
  <w:style w:type="paragraph" w:styleId="Porat">
    <w:name w:val="footer"/>
    <w:basedOn w:val="prastasis"/>
    <w:link w:val="PoratDiagrama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618BF"/>
  </w:style>
  <w:style w:type="paragraph" w:styleId="Betarp">
    <w:name w:val="No Spacing"/>
    <w:uiPriority w:val="1"/>
    <w:qFormat/>
    <w:rsid w:val="00FC693F"/>
    <w:pPr>
      <w:spacing w:after="0" w:line="240" w:lineRule="auto"/>
    </w:pPr>
  </w:style>
  <w:style w:type="character" w:customStyle="1" w:styleId="Antrat1Diagrama">
    <w:name w:val="Antraštė 1 Diagrama"/>
    <w:basedOn w:val="Numatytasispastraiposriftas"/>
    <w:link w:val="Antra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raopastraipa">
    <w:name w:val="List Paragraph"/>
    <w:basedOn w:val="prastasis"/>
    <w:uiPriority w:val="34"/>
    <w:qFormat/>
    <w:rsid w:val="00FC693F"/>
    <w:pPr>
      <w:ind w:left="720"/>
      <w:contextualSpacing/>
    </w:pPr>
  </w:style>
  <w:style w:type="paragraph" w:styleId="Pagrindinistekstas">
    <w:name w:val="Body Text"/>
    <w:basedOn w:val="prastasis"/>
    <w:link w:val="PagrindinistekstasDiagrama"/>
    <w:uiPriority w:val="99"/>
    <w:unhideWhenUsed/>
    <w:rsid w:val="00AA1D8D"/>
    <w:pPr>
      <w:spacing w:after="120"/>
    </w:pPr>
  </w:style>
  <w:style w:type="character" w:customStyle="1" w:styleId="PagrindinistekstasDiagrama">
    <w:name w:val="Pagrindinis tekstas Diagrama"/>
    <w:basedOn w:val="Numatytasispastraiposriftas"/>
    <w:link w:val="Pagrindinistekstas"/>
    <w:uiPriority w:val="99"/>
    <w:rsid w:val="00AA1D8D"/>
  </w:style>
  <w:style w:type="paragraph" w:styleId="Pagrindinistekstas2">
    <w:name w:val="Body Text 2"/>
    <w:basedOn w:val="prastasis"/>
    <w:link w:val="Pagrindinistekstas2Diagrama"/>
    <w:uiPriority w:val="99"/>
    <w:unhideWhenUsed/>
    <w:rsid w:val="00AA1D8D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rsid w:val="00AA1D8D"/>
  </w:style>
  <w:style w:type="paragraph" w:styleId="Pagrindinistekstas3">
    <w:name w:val="Body Text 3"/>
    <w:basedOn w:val="prastasis"/>
    <w:link w:val="Pagrindinistekstas3Diagrama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uiPriority w:val="99"/>
    <w:rsid w:val="00AA1D8D"/>
    <w:rPr>
      <w:sz w:val="16"/>
      <w:szCs w:val="16"/>
    </w:rPr>
  </w:style>
  <w:style w:type="paragraph" w:styleId="Sraas">
    <w:name w:val="List"/>
    <w:basedOn w:val="prastasis"/>
    <w:uiPriority w:val="99"/>
    <w:unhideWhenUsed/>
    <w:rsid w:val="00AA1D8D"/>
    <w:pPr>
      <w:ind w:left="360" w:hanging="360"/>
      <w:contextualSpacing/>
    </w:pPr>
  </w:style>
  <w:style w:type="paragraph" w:styleId="Sraas2">
    <w:name w:val="List 2"/>
    <w:basedOn w:val="prastasis"/>
    <w:uiPriority w:val="99"/>
    <w:unhideWhenUsed/>
    <w:rsid w:val="00326F90"/>
    <w:pPr>
      <w:ind w:left="720" w:hanging="360"/>
      <w:contextualSpacing/>
    </w:pPr>
  </w:style>
  <w:style w:type="paragraph" w:styleId="Sraas3">
    <w:name w:val="List 3"/>
    <w:basedOn w:val="prastasis"/>
    <w:uiPriority w:val="99"/>
    <w:unhideWhenUsed/>
    <w:rsid w:val="00326F90"/>
    <w:pPr>
      <w:ind w:left="1080" w:hanging="360"/>
      <w:contextualSpacing/>
    </w:pPr>
  </w:style>
  <w:style w:type="paragraph" w:styleId="Sraassuenkleliais">
    <w:name w:val="List Bullet"/>
    <w:basedOn w:val="prastasis"/>
    <w:uiPriority w:val="99"/>
    <w:unhideWhenUsed/>
    <w:rsid w:val="00326F90"/>
    <w:pPr>
      <w:numPr>
        <w:numId w:val="1"/>
      </w:numPr>
      <w:contextualSpacing/>
    </w:pPr>
  </w:style>
  <w:style w:type="paragraph" w:styleId="Sraassuenkleliais2">
    <w:name w:val="List Bullet 2"/>
    <w:basedOn w:val="prastasis"/>
    <w:uiPriority w:val="99"/>
    <w:unhideWhenUsed/>
    <w:rsid w:val="00326F90"/>
    <w:pPr>
      <w:numPr>
        <w:numId w:val="2"/>
      </w:numPr>
      <w:contextualSpacing/>
    </w:pPr>
  </w:style>
  <w:style w:type="paragraph" w:styleId="Sraassuenkleliais3">
    <w:name w:val="List Bullet 3"/>
    <w:basedOn w:val="prastasis"/>
    <w:uiPriority w:val="99"/>
    <w:unhideWhenUsed/>
    <w:rsid w:val="00326F90"/>
    <w:pPr>
      <w:numPr>
        <w:numId w:val="3"/>
      </w:numPr>
      <w:contextualSpacing/>
    </w:pPr>
  </w:style>
  <w:style w:type="paragraph" w:styleId="Sraassunumeriais">
    <w:name w:val="List Number"/>
    <w:basedOn w:val="prastasis"/>
    <w:uiPriority w:val="99"/>
    <w:unhideWhenUsed/>
    <w:rsid w:val="00326F90"/>
    <w:pPr>
      <w:numPr>
        <w:numId w:val="5"/>
      </w:numPr>
      <w:contextualSpacing/>
    </w:pPr>
  </w:style>
  <w:style w:type="paragraph" w:styleId="Sraassunumeriais2">
    <w:name w:val="List Number 2"/>
    <w:basedOn w:val="prastasis"/>
    <w:uiPriority w:val="99"/>
    <w:unhideWhenUsed/>
    <w:rsid w:val="0029639D"/>
    <w:pPr>
      <w:numPr>
        <w:numId w:val="6"/>
      </w:numPr>
      <w:contextualSpacing/>
    </w:pPr>
  </w:style>
  <w:style w:type="paragraph" w:styleId="Sraassunumeriais3">
    <w:name w:val="List Number 3"/>
    <w:basedOn w:val="prastasis"/>
    <w:uiPriority w:val="99"/>
    <w:unhideWhenUsed/>
    <w:rsid w:val="0029639D"/>
    <w:pPr>
      <w:numPr>
        <w:numId w:val="7"/>
      </w:numPr>
      <w:contextualSpacing/>
    </w:pPr>
  </w:style>
  <w:style w:type="paragraph" w:styleId="Sraotsinys">
    <w:name w:val="List Continue"/>
    <w:basedOn w:val="prastasis"/>
    <w:uiPriority w:val="99"/>
    <w:unhideWhenUsed/>
    <w:rsid w:val="0029639D"/>
    <w:pPr>
      <w:spacing w:after="120"/>
      <w:ind w:left="360"/>
      <w:contextualSpacing/>
    </w:pPr>
  </w:style>
  <w:style w:type="paragraph" w:styleId="Sraotsinys2">
    <w:name w:val="List Continue 2"/>
    <w:basedOn w:val="prastasis"/>
    <w:uiPriority w:val="99"/>
    <w:unhideWhenUsed/>
    <w:rsid w:val="0029639D"/>
    <w:pPr>
      <w:spacing w:after="120"/>
      <w:ind w:left="720"/>
      <w:contextualSpacing/>
    </w:pPr>
  </w:style>
  <w:style w:type="paragraph" w:styleId="Sraotsinys3">
    <w:name w:val="List Continue 3"/>
    <w:basedOn w:val="prastasis"/>
    <w:uiPriority w:val="99"/>
    <w:unhideWhenUsed/>
    <w:rsid w:val="0029639D"/>
    <w:pPr>
      <w:spacing w:after="120"/>
      <w:ind w:left="1080"/>
      <w:contextualSpacing/>
    </w:pPr>
  </w:style>
  <w:style w:type="paragraph" w:styleId="Makrokomandostekstas">
    <w:name w:val="macro"/>
    <w:link w:val="MakrokomandostekstasDiagrama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komandostekstasDiagrama">
    <w:name w:val="Makrokomandos tekstas Diagrama"/>
    <w:basedOn w:val="Numatytasispastraiposriftas"/>
    <w:link w:val="Makrokomandostekstas"/>
    <w:uiPriority w:val="99"/>
    <w:rsid w:val="0029639D"/>
    <w:rPr>
      <w:rFonts w:ascii="Courier" w:hAnsi="Courier"/>
      <w:sz w:val="20"/>
      <w:szCs w:val="20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FC693F"/>
    <w:rPr>
      <w:i/>
      <w:iCs/>
      <w:color w:val="000000" w:themeColor="text1"/>
    </w:rPr>
  </w:style>
  <w:style w:type="character" w:customStyle="1" w:styleId="CitataDiagrama">
    <w:name w:val="Citata Diagrama"/>
    <w:basedOn w:val="Numatytasispastraiposriftas"/>
    <w:link w:val="Citata"/>
    <w:uiPriority w:val="29"/>
    <w:rsid w:val="00FC693F"/>
    <w:rPr>
      <w:i/>
      <w:iCs/>
      <w:color w:val="000000" w:themeColor="text1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ntrat">
    <w:name w:val="caption"/>
    <w:basedOn w:val="prastasis"/>
    <w:next w:val="prastasis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rietas">
    <w:name w:val="Strong"/>
    <w:basedOn w:val="Numatytasispastraiposriftas"/>
    <w:uiPriority w:val="22"/>
    <w:qFormat/>
    <w:rsid w:val="00FC693F"/>
    <w:rPr>
      <w:b/>
      <w:bCs/>
    </w:rPr>
  </w:style>
  <w:style w:type="character" w:styleId="Emfaz">
    <w:name w:val="Emphasis"/>
    <w:basedOn w:val="Numatytasispastraiposriftas"/>
    <w:uiPriority w:val="20"/>
    <w:qFormat/>
    <w:rsid w:val="00FC693F"/>
    <w:rPr>
      <w:i/>
      <w:iCs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FC693F"/>
    <w:rPr>
      <w:b/>
      <w:bCs/>
      <w:i/>
      <w:iCs/>
      <w:color w:val="4F81BD" w:themeColor="accent1"/>
    </w:rPr>
  </w:style>
  <w:style w:type="character" w:styleId="Nerykuspabraukimas">
    <w:name w:val="Subtle Emphasis"/>
    <w:basedOn w:val="Numatytasispastraiposriftas"/>
    <w:uiPriority w:val="19"/>
    <w:qFormat/>
    <w:rsid w:val="00FC693F"/>
    <w:rPr>
      <w:i/>
      <w:iCs/>
      <w:color w:val="808080" w:themeColor="text1" w:themeTint="7F"/>
    </w:rPr>
  </w:style>
  <w:style w:type="character" w:styleId="Rykuspabraukimas">
    <w:name w:val="Intense Emphasis"/>
    <w:basedOn w:val="Numatytasispastraiposriftas"/>
    <w:uiPriority w:val="21"/>
    <w:qFormat/>
    <w:rsid w:val="00FC693F"/>
    <w:rPr>
      <w:b/>
      <w:bCs/>
      <w:i/>
      <w:iCs/>
      <w:color w:val="4F81BD" w:themeColor="accent1"/>
    </w:rPr>
  </w:style>
  <w:style w:type="character" w:styleId="Nerykinuoroda">
    <w:name w:val="Subtle Reference"/>
    <w:basedOn w:val="Numatytasispastraiposriftas"/>
    <w:uiPriority w:val="31"/>
    <w:qFormat/>
    <w:rsid w:val="00FC693F"/>
    <w:rPr>
      <w:smallCaps/>
      <w:color w:val="C0504D" w:themeColor="accent2"/>
      <w:u w:val="single"/>
    </w:rPr>
  </w:style>
  <w:style w:type="character" w:styleId="Rykinuoroda">
    <w:name w:val="Intense Reference"/>
    <w:basedOn w:val="Numatytasispastraiposriftas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gospavadinimas">
    <w:name w:val="Book Title"/>
    <w:basedOn w:val="Numatytasispastraiposriftas"/>
    <w:uiPriority w:val="33"/>
    <w:qFormat/>
    <w:rsid w:val="00FC693F"/>
    <w:rPr>
      <w:b/>
      <w:bCs/>
      <w:smallCaps/>
      <w:spacing w:val="5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rsid w:val="00FC693F"/>
    <w:pPr>
      <w:outlineLvl w:val="9"/>
    </w:pPr>
  </w:style>
  <w:style w:type="table" w:styleId="Lentelstinklelis">
    <w:name w:val="Table Grid"/>
    <w:basedOn w:val="prastojilent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esusisspalvinimas">
    <w:name w:val="Light Shading"/>
    <w:basedOn w:val="prastojilent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esusspalvinimas1parykinimas">
    <w:name w:val="Light Shading Accent 1"/>
    <w:basedOn w:val="prastojilent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esusspalvinimas2parykinimas">
    <w:name w:val="Light Shading Accent 2"/>
    <w:basedOn w:val="prastojilent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esusspalvinimas3parykinimas">
    <w:name w:val="Light Shading Accent 3"/>
    <w:basedOn w:val="prastojilent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esusspalvinimas4parykinimas">
    <w:name w:val="Light Shading Accent 4"/>
    <w:basedOn w:val="prastojilent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esusspalvinimas5parykinimas">
    <w:name w:val="Light Shading Accent 5"/>
    <w:basedOn w:val="prastojilent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esusspalvinimas6parykinimas">
    <w:name w:val="Light Shading Accent 6"/>
    <w:basedOn w:val="prastojilent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esussraas">
    <w:name w:val="Light List"/>
    <w:basedOn w:val="prastojilent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esussraas1parykinimas">
    <w:name w:val="Light List Accent 1"/>
    <w:basedOn w:val="prastojilent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esussraas2parykinimas">
    <w:name w:val="Light List Accent 2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esussraas3parykinimas">
    <w:name w:val="Light List Accent 3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esussraas4parykinimas">
    <w:name w:val="Light List Accent 4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esussraas5parykinimas">
    <w:name w:val="Light List Accent 5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esussraas6parykinimas">
    <w:name w:val="Light List Accent 6"/>
    <w:basedOn w:val="prastojilent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esustinklelis">
    <w:name w:val="Light Grid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esustinklelis1parykinimas">
    <w:name w:val="Light Grid Accent 1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esustinklelis2parykinimas">
    <w:name w:val="Light Grid Accent 2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esustinklelis3parykinimas">
    <w:name w:val="Light Grid Accent 3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esustinklelis4parykinimas">
    <w:name w:val="Light Grid Accent 4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esustinklelis5parykinimas">
    <w:name w:val="Light Grid Accent 5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esustinklelis6parykinimas">
    <w:name w:val="Light Grid Accent 6"/>
    <w:basedOn w:val="prastojilent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vidutinisspalvinimas">
    <w:name w:val="Medium Shading 1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1parykinimas">
    <w:name w:val="Medium Shading 1 Accent 1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2parykinimas">
    <w:name w:val="Medium Shading 1 Accent 2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3parykinimas">
    <w:name w:val="Medium Shading 1 Accent 3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4parykinimas">
    <w:name w:val="Medium Shading 1 Accent 4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5parykinimas">
    <w:name w:val="Medium Shading 1 Accent 5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vidutinisspalvinimas6parykinimas">
    <w:name w:val="Medium Shading 1 Accent 6"/>
    <w:basedOn w:val="prastojilent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vidutinisspalvinimas">
    <w:name w:val="Medium Shading 2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1parykinimas">
    <w:name w:val="Medium Shading 2 Accent 1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2parykinimas">
    <w:name w:val="Medium Shading 2 Accent 2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3parykinimas">
    <w:name w:val="Medium Shading 2 Accent 3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4parykinimas">
    <w:name w:val="Medium Shading 2 Accent 4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5parykinimas">
    <w:name w:val="Medium Shading 2 Accent 5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vidutinisspalvinimas6parykinimas">
    <w:name w:val="Medium Shading 2 Accent 6"/>
    <w:basedOn w:val="prastojilent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vidutinissraas">
    <w:name w:val="Medium List 1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vidutinissraas1parykinimas">
    <w:name w:val="Medium List 1 Accent 1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vidutinissraas2parykinimas">
    <w:name w:val="Medium List 1 Accent 2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vidutinissraas3parykinimas">
    <w:name w:val="Medium List 1 Accent 3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vidutinissraas4parykinimas">
    <w:name w:val="Medium List 1 Accent 4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vidutinissraas5parykinimas">
    <w:name w:val="Medium List 1 Accent 5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vidutinissraas6parykinimas">
    <w:name w:val="Medium List 1 Accent 6"/>
    <w:basedOn w:val="prastojilent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vidutinissraas">
    <w:name w:val="Medium List 2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1parykinimas">
    <w:name w:val="Medium List 2 Accent 1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2parykinimas">
    <w:name w:val="Medium List 2 Accent 2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3parykinimas">
    <w:name w:val="Medium List 2 Accent 3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4parykinimas">
    <w:name w:val="Medium List 2 Accent 4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5parykinimas">
    <w:name w:val="Medium List 2 Accent 5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vidutinissraas6parykinimas">
    <w:name w:val="Medium List 2 Accent 6"/>
    <w:basedOn w:val="prastojilent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vidutinistinklelis">
    <w:name w:val="Medium Grid 1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vidutinistinklelis1parykinimas">
    <w:name w:val="Medium Grid 1 Accent 1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vidutinistinklelis2parykinimas">
    <w:name w:val="Medium Grid 1 Accent 2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vidutinistinklelis3parykinimas">
    <w:name w:val="Medium Grid 1 Accent 3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vidutinistinklelis4parykinimas">
    <w:name w:val="Medium Grid 1 Accent 4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vidutinistinklelis5parykinimas">
    <w:name w:val="Medium Grid 1 Accent 5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vidutinistinklelis6parykinimas">
    <w:name w:val="Medium Grid 1 Accent 6"/>
    <w:basedOn w:val="prastojilent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vidutinistinklelis">
    <w:name w:val="Medium Grid 2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1parykinimas">
    <w:name w:val="Medium Grid 2 Accent 1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2parykinimas">
    <w:name w:val="Medium Grid 2 Accent 2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3parykinimas">
    <w:name w:val="Medium Grid 2 Accent 3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4parykinimas">
    <w:name w:val="Medium Grid 2 Accent 4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5parykinimas">
    <w:name w:val="Medium Grid 2 Accent 5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vidutinistinklelis6parykinimas">
    <w:name w:val="Medium Grid 2 Accent 6"/>
    <w:basedOn w:val="prastojilent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vidutinistinklelis">
    <w:name w:val="Medium Grid 3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vidutinistinklelis1parykinimas">
    <w:name w:val="Medium Grid 3 Accent 1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vidutinistinklelis2parykinimas">
    <w:name w:val="Medium Grid 3 Accent 2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vidutinistinklelis3parykinimas">
    <w:name w:val="Medium Grid 3 Accent 3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vidutinistinklelis4parykinimas">
    <w:name w:val="Medium Grid 3 Accent 4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vidutinistinklelis5parykinimas">
    <w:name w:val="Medium Grid 3 Accent 5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vidutinistinklelis6parykinimas">
    <w:name w:val="Medium Grid 3 Accent 6"/>
    <w:basedOn w:val="prastojilent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amsussraas">
    <w:name w:val="Dark List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sussraas1parykinimas">
    <w:name w:val="Dark List Accent 1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amsussraas2parykinimas">
    <w:name w:val="Dark List Accent 2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amsussraas3parykinimas">
    <w:name w:val="Dark List Accent 3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amsussraas4parykinimas">
    <w:name w:val="Dark List Accent 4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amsussraas5parykinimas">
    <w:name w:val="Dark List Accent 5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amsussraas6parykinimas">
    <w:name w:val="Dark List Accent 6"/>
    <w:basedOn w:val="prastojilent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palvotasspalvinimas">
    <w:name w:val="Colorful Shading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1parykinimas">
    <w:name w:val="Colorful Shading Accent 1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2parykinimas">
    <w:name w:val="Colorful Shading Accent 2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3parykinimas">
    <w:name w:val="Colorful Shading Accent 3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palvotasspalvinimas4parykinimas">
    <w:name w:val="Colorful Shading Accent 4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5parykinimas">
    <w:name w:val="Colorful Shading Accent 5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palvinimas6parykinimas">
    <w:name w:val="Colorful Shading Accent 6"/>
    <w:basedOn w:val="prastojilent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palvotassraas">
    <w:name w:val="Colorful List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palvotassraas1parykinimas">
    <w:name w:val="Colorful List Accent 1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palvotassraas2parykinimas">
    <w:name w:val="Colorful List Accent 2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palvotassraas3parykinimas">
    <w:name w:val="Colorful List Accent 3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palvotassraas4parykinimas">
    <w:name w:val="Colorful List Accent 4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palvotassraas5parykinimas">
    <w:name w:val="Colorful List Accent 5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palvotassraas6parykinimas">
    <w:name w:val="Colorful List Accent 6"/>
    <w:basedOn w:val="prastojilent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palvotastinklelis">
    <w:name w:val="Colorful Grid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palvotastinklelis1parykinimas">
    <w:name w:val="Colorful Grid Accent 1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palvotastinklelis2parykinimas">
    <w:name w:val="Colorful Grid Accent 2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palvotastinklelis3parykinimas">
    <w:name w:val="Colorful Grid Accent 3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palvotastinklelis4parykinimas">
    <w:name w:val="Colorful Grid Accent 4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palvotastinklelis5parykinimas">
    <w:name w:val="Colorful Grid Accent 5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palvotastinklelis6parykinimas">
    <w:name w:val="Colorful Grid Accent 6"/>
    <w:basedOn w:val="prastojilent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96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561</Words>
  <Characters>321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Paulius Grabauskas</cp:lastModifiedBy>
  <cp:revision>7</cp:revision>
  <dcterms:created xsi:type="dcterms:W3CDTF">2025-06-04T19:17:00Z</dcterms:created>
  <dcterms:modified xsi:type="dcterms:W3CDTF">2025-06-04T19:29:00Z</dcterms:modified>
  <cp:category/>
</cp:coreProperties>
</file>